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8BF97" w14:textId="77777777" w:rsidR="003C3652" w:rsidRPr="00A52587" w:rsidRDefault="003C3652" w:rsidP="003C3652">
      <w:pPr>
        <w:spacing w:before="100" w:beforeAutospacing="1" w:after="100" w:afterAutospacing="1" w:line="240" w:lineRule="auto"/>
        <w:outlineLvl w:val="3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Declaration</w:t>
      </w:r>
    </w:p>
    <w:p w14:paraId="545AAE30" w14:textId="29464D30" w:rsidR="003C3652" w:rsidRPr="00A52587" w:rsidRDefault="003C3652" w:rsidP="003C3652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We hereby confirm that all employees who are engaged in providing goods or services </w:t>
      </w:r>
      <w:r w:rsidR="00742E8D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in</w:t>
      </w:r>
      <w:r w:rsidR="009B4120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="00B04DBC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our</w:t>
      </w:r>
      <w:r w:rsidR="009B4120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commercial</w:t>
      </w:r>
      <w:r w:rsidR="001C11BC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,</w:t>
      </w:r>
      <w:r w:rsidR="009B4120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or </w:t>
      </w:r>
      <w:r w:rsidR="00935326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residential</w:t>
      </w:r>
      <w:r w:rsidR="009B4120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="008C0FCF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p</w:t>
      </w:r>
      <w:r w:rsidR="009B4120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rop</w:t>
      </w:r>
      <w:r w:rsidR="008C0FCF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erties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have successfully completed a </w:t>
      </w:r>
      <w:r w:rsidRPr="78618E7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Basic Disclosure and Barring Service (DBS) Check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.</w:t>
      </w:r>
    </w:p>
    <w:p w14:paraId="35D95954" w14:textId="77777777" w:rsidR="003C3652" w:rsidRPr="00A52587" w:rsidRDefault="003C3652" w:rsidP="003C3652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Details:</w:t>
      </w:r>
    </w:p>
    <w:p w14:paraId="6E44C8F3" w14:textId="77777777" w:rsidR="003C3652" w:rsidRPr="00A52587" w:rsidRDefault="003C3652" w:rsidP="003C365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sz w:val="24"/>
          <w:szCs w:val="24"/>
          <w:lang w:val="en-GB" w:eastAsia="en-GB"/>
        </w:rPr>
        <w:t>All employees have been verified through a Basic DBS check in accordance with UK legislation.</w:t>
      </w:r>
    </w:p>
    <w:p w14:paraId="5FDDFF85" w14:textId="77777777" w:rsidR="003C3652" w:rsidRPr="00A52587" w:rsidRDefault="003C3652" w:rsidP="003C365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sz w:val="24"/>
          <w:szCs w:val="24"/>
          <w:lang w:val="en-GB" w:eastAsia="en-GB"/>
        </w:rPr>
        <w:t>Checks were completed prior to commencement of work and are valid as of the date of this declaration.</w:t>
      </w:r>
    </w:p>
    <w:p w14:paraId="62A08B39" w14:textId="77777777" w:rsidR="003C3652" w:rsidRPr="00A52587" w:rsidRDefault="003C3652" w:rsidP="003C365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sz w:val="24"/>
          <w:szCs w:val="24"/>
          <w:lang w:val="en-GB" w:eastAsia="en-GB"/>
        </w:rPr>
        <w:t>We maintain records of these checks and can provide evidence upon request.</w:t>
      </w:r>
    </w:p>
    <w:p w14:paraId="6906C3F3" w14:textId="77777777" w:rsidR="003C3652" w:rsidRPr="00A52587" w:rsidRDefault="00000000" w:rsidP="003C3652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>
        <w:rPr>
          <w:rFonts w:ascii="Aptos" w:eastAsia="Times New Roman" w:hAnsi="Aptos" w:cs="Times New Roman"/>
          <w:sz w:val="24"/>
          <w:szCs w:val="24"/>
          <w:lang w:val="en-GB" w:eastAsia="en-GB"/>
        </w:rPr>
        <w:pict w14:anchorId="5F5686A8">
          <v:rect id="_x0000_i1025" style="width:0;height:1.5pt" o:hralign="center" o:hrstd="t" o:hr="t" fillcolor="#a0a0a0" stroked="f"/>
        </w:pict>
      </w:r>
    </w:p>
    <w:p w14:paraId="4D76407C" w14:textId="77777777" w:rsidR="003C3652" w:rsidRPr="00A52587" w:rsidRDefault="003C3652" w:rsidP="003C3652">
      <w:pPr>
        <w:spacing w:before="100" w:beforeAutospacing="1" w:after="100" w:afterAutospacing="1" w:line="240" w:lineRule="auto"/>
        <w:outlineLvl w:val="3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Supplier Statement</w:t>
      </w:r>
    </w:p>
    <w:p w14:paraId="4C94AA2A" w14:textId="77777777" w:rsidR="003C3652" w:rsidRPr="00A52587" w:rsidRDefault="003C3652" w:rsidP="003C3652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I, the undersigned, certify that the above information is accurate and that our company complies with all relevant safeguarding and legal requirements.</w:t>
      </w:r>
    </w:p>
    <w:p w14:paraId="4B18E869" w14:textId="703A3792" w:rsidR="78618E7C" w:rsidRDefault="78618E7C" w:rsidP="78618E7C">
      <w:pPr>
        <w:spacing w:beforeAutospacing="1" w:afterAutospacing="1" w:line="240" w:lineRule="auto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</w:p>
    <w:p w14:paraId="359779AD" w14:textId="77777777" w:rsidR="0061234C" w:rsidRPr="00A52587" w:rsidRDefault="003C3652" w:rsidP="78618E7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78618E7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Signed: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>
        <w:tab/>
      </w:r>
      <w:r w:rsidR="0061234C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__________________________</w:t>
      </w:r>
      <w:r>
        <w:br/>
      </w:r>
    </w:p>
    <w:p w14:paraId="6793CFBD" w14:textId="77777777" w:rsidR="0061234C" w:rsidRPr="00A52587" w:rsidRDefault="003C3652" w:rsidP="78618E7C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78618E7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Name: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>
        <w:tab/>
      </w:r>
      <w:r w:rsidR="0061234C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__________________________</w:t>
      </w:r>
      <w:r>
        <w:br/>
      </w:r>
    </w:p>
    <w:p w14:paraId="19402D1F" w14:textId="2BB91DE1" w:rsidR="78618E7C" w:rsidRDefault="003C3652" w:rsidP="00490EEF">
      <w:pPr>
        <w:spacing w:before="100" w:beforeAutospacing="1" w:after="100" w:afterAutospacing="1" w:line="240" w:lineRule="auto"/>
      </w:pPr>
      <w:r w:rsidRPr="78618E7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Position: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>
        <w:tab/>
      </w:r>
      <w:r w:rsidR="0061234C"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Pr="78618E7C">
        <w:rPr>
          <w:rFonts w:ascii="Aptos" w:eastAsia="Times New Roman" w:hAnsi="Aptos" w:cs="Times New Roman"/>
          <w:sz w:val="24"/>
          <w:szCs w:val="24"/>
          <w:lang w:val="en-GB" w:eastAsia="en-GB"/>
        </w:rPr>
        <w:t>__________________________</w:t>
      </w:r>
      <w:r>
        <w:br/>
      </w:r>
    </w:p>
    <w:p w14:paraId="67874FDE" w14:textId="2C9574DB" w:rsidR="00F27321" w:rsidRPr="00A52587" w:rsidRDefault="00F27321" w:rsidP="0061234C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Company:</w:t>
      </w:r>
      <w:r w:rsidR="0061234C"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ab/>
      </w:r>
      <w:r w:rsidRPr="00A52587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__________________________</w:t>
      </w:r>
    </w:p>
    <w:p w14:paraId="2CC17B39" w14:textId="77777777" w:rsidR="0061234C" w:rsidRPr="00A52587" w:rsidRDefault="0061234C" w:rsidP="0061234C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</w:p>
    <w:p w14:paraId="7D7B551E" w14:textId="2C81B81F" w:rsidR="78618E7C" w:rsidRDefault="78618E7C" w:rsidP="78618E7C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</w:p>
    <w:p w14:paraId="7E50F448" w14:textId="067BA3F3" w:rsidR="003C3652" w:rsidRPr="00A52587" w:rsidRDefault="00F27321" w:rsidP="0061234C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D</w:t>
      </w:r>
      <w:r w:rsidR="003C3652"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ate:</w:t>
      </w:r>
      <w:r w:rsidR="0061234C"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ab/>
      </w:r>
      <w:r w:rsidR="0061234C"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ab/>
      </w:r>
      <w:r w:rsidR="003C3652" w:rsidRPr="00A52587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 xml:space="preserve"> __________________________</w:t>
      </w:r>
    </w:p>
    <w:p w14:paraId="64A3E553" w14:textId="77777777" w:rsidR="00E3628F" w:rsidRDefault="00E3628F" w:rsidP="008D4035">
      <w:pPr>
        <w:spacing w:line="257" w:lineRule="auto"/>
        <w:ind w:left="-284"/>
        <w:rPr>
          <w:rFonts w:ascii="Arial" w:eastAsia="Arial" w:hAnsi="Arial" w:cs="Arial"/>
          <w:szCs w:val="24"/>
        </w:rPr>
      </w:pPr>
    </w:p>
    <w:p w14:paraId="63BA9792" w14:textId="4915DDDE" w:rsidR="00234A22" w:rsidRDefault="003523A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6ED775F" wp14:editId="3982165C">
            <wp:simplePos x="0" y="0"/>
            <wp:positionH relativeFrom="column">
              <wp:posOffset>-1026795</wp:posOffset>
            </wp:positionH>
            <wp:positionV relativeFrom="page">
              <wp:posOffset>0</wp:posOffset>
            </wp:positionV>
            <wp:extent cx="7551420" cy="10681970"/>
            <wp:effectExtent l="0" t="0" r="0" b="508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6729198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19859" name="Picture 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4A22" w:rsidSect="00766CB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800" w:bottom="2694" w:left="180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154AC" w14:textId="77777777" w:rsidR="00443C74" w:rsidRDefault="00443C74">
      <w:pPr>
        <w:spacing w:after="0" w:line="240" w:lineRule="auto"/>
      </w:pPr>
      <w:r>
        <w:separator/>
      </w:r>
    </w:p>
  </w:endnote>
  <w:endnote w:type="continuationSeparator" w:id="0">
    <w:p w14:paraId="2A3D8AC3" w14:textId="77777777" w:rsidR="00443C74" w:rsidRDefault="0044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7EFDC" w14:textId="6E2365F4" w:rsidR="00234A22" w:rsidRDefault="00766CB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471EEE6" wp14:editId="76A11E4A">
              <wp:simplePos x="0" y="0"/>
              <wp:positionH relativeFrom="column">
                <wp:posOffset>-1250950</wp:posOffset>
              </wp:positionH>
              <wp:positionV relativeFrom="paragraph">
                <wp:posOffset>-1079500</wp:posOffset>
              </wp:positionV>
              <wp:extent cx="7689850" cy="1784350"/>
              <wp:effectExtent l="0" t="0" r="6350" b="6350"/>
              <wp:wrapSquare wrapText="bothSides"/>
              <wp:docPr id="188454604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9850" cy="1784350"/>
                        <a:chOff x="0" y="0"/>
                        <a:chExt cx="7537450" cy="1679575"/>
                      </a:xfrm>
                    </wpg:grpSpPr>
                    <pic:pic xmlns:pic="http://schemas.openxmlformats.org/drawingml/2006/picture">
                      <pic:nvPicPr>
                        <pic:cNvPr id="1649050738" name="Picture 11" descr="A close-up of a documen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0" y="0"/>
                          <a:ext cx="2965450" cy="1676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6819743" name="Picture 10" descr="A close-up of a business car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85950" y="9525"/>
                          <a:ext cx="2590800" cy="167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236326" name="Picture 9" descr="A close-up of a mai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745" cy="1676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9B18EE5">
            <v:group id="Group 1" style="position:absolute;margin-left:-98.5pt;margin-top:-85pt;width:605.5pt;height:140.5pt;z-index:251657728;mso-width-relative:margin;mso-height-relative:margin" coordsize="75374,16795" o:spid="_x0000_s1026" w14:anchorId="3175F3B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YAAAAAUmdodGxvbmcAAAP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LYQAAAAEAAACfAAAAWgAAAeAAAKjA&#10;AAALRQAYAAH/2P/tAAxBZG9iZV9DTQAB/+4ADkFkb2JlAGSAAAAAAf/bAIQADAgICAkIDAkJDBEL&#10;CgsRFQ8MDA8VGBMTFRMTGBEMDAwMDAwRDAwMDAwMDAwMDAwMDAwMDAwMDAwMDAwMDAwMDAENCwsN&#10;Dg0QDg4QFA4ODhQUDg4ODhQRDAwMDAwREQwMDAwMDBEMDAwMDAwMDAwMDAwMDAwMDAwMDAwMDAwM&#10;DAwM/8AAEQgAWgCf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iYDzQMBEQACEQED&#10;EQH/3QAEAHr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jkjWXSGMg0OHHjlliuQCLMYnQulm/S11P9OB7917r0kS&#10;SadRcaWDjRLLFcgEWYxOhdef0m4P9PbZhjJqR/M/5+t1PXYQBtd2vp021votwf8AN6tGrj62v7uA&#10;FFBw611z97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JAAAAABSZ2h0bG9uZwAAA1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5OAAAAAQAAAKAAAABnAAAB4AAAwSAAAA4yABgAAf/Y&#10;/+0ADEFkb2JlX0NNAAH/7gAOQWRvYmUAZIAAAAAB/9sAhAAMCAgICQgMCQkMEQsKCxEVDwwMDxUY&#10;ExMVExMYEQwMDAwMDBEMDAwMDAwMDAwMDAwMDAwMDAwMDAwMDAwMDAwMAQ0LCw0ODRAODhAUDg4O&#10;FBQODg4OFBEMDAwMDBERDAwMDAwMEQwMDAwMDAwMDAwMDAwMDAwMDAwMDAwMDAwMDAz/wAARCAB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iQDUgMBEQACEQEDEQH/&#10;3QAEAGv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i+xdm4vsXYm79gZ2pr&#10;aTB732zuDaGZqMZLFT5KLF7lw1dha58fUzw1VPTVq09cxjeSGaMMBdGHt62umsLq13BKa7dxIK8K&#10;rwrQj7eqSQ+MujoD/h78WOv/AIYdD7J+O3VmZ3fnNhbCfdsu36vfOTxWZ3CkW7N2ZHd9bTzZHB4T&#10;bWNkp48nmZ2iUUSsqOAXYgljHfuZZOcdybf5zGZ2QISgKg0AFSCzZooFa8AOHVUthC1RWlKZ+f8A&#10;xXRpPZR07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JgAAAABSZ2h0bG9uZwAAAp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yEAAAAAQAAAJ8AAACE&#10;AAAB4AAA94AAAAxoABgAAf/Y/+0ADEFkb2JlX0NNAAH/7gAOQWRvYmUAZIAAAAAB/9sAhAAMCAgI&#10;CQgMCQkMEQsKCxEVDwwMDxUYExMVExMYEQwMDAwMDBEMDAwMDAwMDAwMDAwMDAwMDAwMDAwMDAwM&#10;DAwMAQ0LCw0ODRAODhAUDg4OFBQODg4OFBEMDAwMDBERDAwMDAwMEQwMDAwMDAwMDAwMDAwMDAwM&#10;DAwMDAwMDAwMDAz/wAARCACE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mApgDAREAAhEBAxEB/90ABABT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1" style="position:absolute;left:45720;width:29654;height:16764;visibility:visible;mso-wrap-style:square" alt="A close-up of a documen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">
                <v:imagedata o:title="A close-up of a document&#10;&#10;Description automatically generated" r:id="rId4"/>
              </v:shape>
              <v:shape id="Picture 10" style="position:absolute;left:18859;top:95;width:25908;height:16700;visibility:visible;mso-wrap-style:square" alt="A close-up of a business car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">
                <v:imagedata o:title="A close-up of a business card&#10;&#10;Description automatically generated" r:id="rId5"/>
              </v:shape>
              <v:shape id="Picture 9" style="position:absolute;width:20237;height:16764;visibility:visible;mso-wrap-style:square" alt="A close-up of a mail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">
                <v:imagedata o:title="A close-up of a mail&#10;&#10;Description automatically generated" r:id="rId6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622D" w14:textId="7EF8687B" w:rsidR="008D4035" w:rsidRDefault="008D403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351DA6" wp14:editId="237D32FC">
              <wp:simplePos x="0" y="0"/>
              <wp:positionH relativeFrom="column">
                <wp:posOffset>-1397000</wp:posOffset>
              </wp:positionH>
              <wp:positionV relativeFrom="paragraph">
                <wp:posOffset>-452120</wp:posOffset>
              </wp:positionV>
              <wp:extent cx="7689850" cy="1784350"/>
              <wp:effectExtent l="0" t="0" r="6350" b="6350"/>
              <wp:wrapSquare wrapText="bothSides"/>
              <wp:docPr id="120652809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9850" cy="1784350"/>
                        <a:chOff x="0" y="0"/>
                        <a:chExt cx="7537450" cy="1679575"/>
                      </a:xfrm>
                    </wpg:grpSpPr>
                    <pic:pic xmlns:pic="http://schemas.openxmlformats.org/drawingml/2006/picture">
                      <pic:nvPicPr>
                        <pic:cNvPr id="482384022" name="Picture 11" descr="A close-up of a documen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0" y="0"/>
                          <a:ext cx="2965450" cy="1676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0996327" name="Picture 10" descr="A close-up of a business car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85950" y="9525"/>
                          <a:ext cx="2590800" cy="167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8856229" name="Picture 9" descr="A close-up of a mai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745" cy="1676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FBF2B33">
            <v:group id="Group 1" style="position:absolute;margin-left:-110pt;margin-top:-35.6pt;width:605.5pt;height:140.5pt;z-index:251656704;mso-width-relative:margin;mso-height-relative:margin" coordsize="75374,16795" o:spid="_x0000_s1026" w14:anchorId="329865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JgAAAABSZ2h0bG9uZwAAA8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thAAAAAQAAAJ8AAABaAAAB&#10;4AAAqMAAAAtFABgAAf/Y/+0ADEFkb2JlX0NNAAH/7gAOQWRvYmUAZIAAAAAB/9sAhAAMCAgICQgM&#10;CQkMEQsKCxEVDwwMDxUYExMVExMYEQwMDAwMDBEMDAwMDAwMDAwMDAwMDAwMDAwMDAwMDAwMDAwM&#10;AQ0LCw0ODRAODhAUDg4OFBQODg4OFBEMDAwMDBERDAwMDAwMEQwMDAwMDAwMDAwMDAwMDAwMDAwM&#10;DAwMDAwMDAz/wAARCABa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JgPNAwER&#10;AAIRAQMRAf/dAAQAe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WOSNZdIYyDQ4ceOWWK5AIsxidC6Wb9LXU/04Hv&#10;3XuvSRJJp1FxpYONEssVyARZjE6F15/Sbg/09tmGMmpH8z/n63U9dhAG13a+nTbW+i3B/wA3q0au&#10;Pra/u4AUUHDrXXP3v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kAAAAAFJnaHRsb25nAAADU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Dk4AAAABAAAAoAAAAGcAAAHgAADBIAAADjIA&#10;GAAB/9j/7QAMQWRvYmVfQ00AAf/uAA5BZG9iZQBkgAAAAAH/2wCEAAwICAgJCAwJCQwRCwoLERUP&#10;DAwPFRgTExUTExgRDAwMDAwMEQwMDAwMDAwMDAwMDAwMDAwMDAwMDAwMDAwMDAwBDQsLDQ4NEA4O&#10;EBQODg4UFA4ODg4UEQwMDAwMEREMDAwMDAwRDAwMDAwMDAwMDAwMDAwMDAwMDAwMDAwMDAwMDP/A&#10;ABEIAGc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CJANSAwERAAIR&#10;AQMRAf/dAAQAa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L7F2bi+xdib&#10;v2BnamtpMHvfbO4NoZmoxksVPkosXuXDV2Frnx9TPDVU9NWrT1zGN5IZowwF0Ye3ra6awurXcEpr&#10;t3EgrwqvCtCPt6pJD4y6OgP+HvxY6/8Ahh0Psn47dWZnd+c2FsJ92y7fq985PFZncKRbs3Zkd31t&#10;PNkcHhNtY2SnjyeZnaJRRKyo4BdiCWMd+5lk5x3Jt/nMZnZAhKAqDQAVILNmigVrwA4dVS2ELVFa&#10;Upn5/wDFdGk9lHTv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ImAAAAAFJnaHRsb25nAAACm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DIQAAAABAAAA&#10;nwAAAIQAAAHgAAD3gAAADGgAGAAB/9j/7QAMQWRvYmVfQ00AAf/uAA5BZG9iZQBkgAAAAAH/2wCE&#10;AAwICAgJCAwJCQwRCwoLERUPDAwPFRgTExUTExgRDAwMDAwMEQwMDAwMDAwMDAwMDAwMDAwMDAwM&#10;DAwMDAwMDAwBDQsLDQ4NEA4OEBQODg4UFA4ODg4UEQwMDAwMEREMDAwMDAwRDAwMDAwMDAwMDAwM&#10;DAwMDAwMDAwMDAwMDAwMDP/AABEIAIQAnw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iYCmAMBEQACEQEDEQH/3QAEAFP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1" style="position:absolute;left:45720;width:29654;height:16764;visibility:visible;mso-wrap-style:square" alt="A close-up of a documen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">
                <v:imagedata o:title="A close-up of a document&#10;&#10;Description automatically generated" r:id="rId4"/>
              </v:shape>
              <v:shape id="Picture 10" style="position:absolute;left:18859;top:95;width:25908;height:16700;visibility:visible;mso-wrap-style:square" alt="A close-up of a business car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">
                <v:imagedata o:title="A close-up of a business card&#10;&#10;Description automatically generated" r:id="rId5"/>
              </v:shape>
              <v:shape id="Picture 9" style="position:absolute;width:20237;height:16764;visibility:visible;mso-wrap-style:square" alt="A close-up of a mail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">
                <v:imagedata o:title="A close-up of a mail&#10;&#10;Description automatically generated" r:id="rId6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1B595" w14:textId="77777777" w:rsidR="00443C74" w:rsidRDefault="00443C74">
      <w:pPr>
        <w:spacing w:after="0" w:line="240" w:lineRule="auto"/>
      </w:pPr>
      <w:r>
        <w:separator/>
      </w:r>
    </w:p>
  </w:footnote>
  <w:footnote w:type="continuationSeparator" w:id="0">
    <w:p w14:paraId="1D366215" w14:textId="77777777" w:rsidR="00443C74" w:rsidRDefault="0044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6B5AD748" w14:paraId="5CEE45F9" w14:textId="77777777" w:rsidTr="6B5AD748">
      <w:trPr>
        <w:trHeight w:val="300"/>
      </w:trPr>
      <w:tc>
        <w:tcPr>
          <w:tcW w:w="2765" w:type="dxa"/>
        </w:tcPr>
        <w:p w14:paraId="6DA848C4" w14:textId="3CD39F1B" w:rsidR="6B5AD748" w:rsidRDefault="6B5AD748" w:rsidP="6B5AD748">
          <w:pPr>
            <w:pStyle w:val="Header"/>
            <w:ind w:left="-115"/>
          </w:pPr>
        </w:p>
      </w:tc>
      <w:tc>
        <w:tcPr>
          <w:tcW w:w="2765" w:type="dxa"/>
        </w:tcPr>
        <w:p w14:paraId="5481E6C3" w14:textId="7E6B5747" w:rsidR="6B5AD748" w:rsidRDefault="6B5AD748" w:rsidP="6B5AD748">
          <w:pPr>
            <w:pStyle w:val="Header"/>
            <w:jc w:val="center"/>
          </w:pPr>
        </w:p>
      </w:tc>
      <w:tc>
        <w:tcPr>
          <w:tcW w:w="2765" w:type="dxa"/>
        </w:tcPr>
        <w:p w14:paraId="3344E445" w14:textId="6ACA7B6D" w:rsidR="6B5AD748" w:rsidRDefault="6B5AD748" w:rsidP="6B5AD748">
          <w:pPr>
            <w:pStyle w:val="Header"/>
            <w:ind w:right="-115"/>
            <w:jc w:val="right"/>
          </w:pPr>
        </w:p>
      </w:tc>
    </w:tr>
  </w:tbl>
  <w:p w14:paraId="74C26196" w14:textId="18CBBE73" w:rsidR="6B5AD748" w:rsidRDefault="6B5AD748" w:rsidP="6B5AD7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AE78" w14:textId="2F7D5A71" w:rsidR="008D4035" w:rsidRDefault="008D4035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0368FB" wp14:editId="3D055246">
          <wp:simplePos x="0" y="0"/>
          <wp:positionH relativeFrom="column">
            <wp:posOffset>-1336791</wp:posOffset>
          </wp:positionH>
          <wp:positionV relativeFrom="paragraph">
            <wp:posOffset>-637309</wp:posOffset>
          </wp:positionV>
          <wp:extent cx="7992745" cy="1634490"/>
          <wp:effectExtent l="0" t="0" r="8255" b="3810"/>
          <wp:wrapSquare wrapText="bothSides"/>
          <wp:docPr id="49004836" name="Picture 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04836" name="Picture 2" descr="A white background with black dot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92745" cy="163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D6526FC"/>
    <w:multiLevelType w:val="multilevel"/>
    <w:tmpl w:val="723C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1926509">
    <w:abstractNumId w:val="8"/>
  </w:num>
  <w:num w:numId="2" w16cid:durableId="1065370208">
    <w:abstractNumId w:val="6"/>
  </w:num>
  <w:num w:numId="3" w16cid:durableId="1006253976">
    <w:abstractNumId w:val="5"/>
  </w:num>
  <w:num w:numId="4" w16cid:durableId="1665282920">
    <w:abstractNumId w:val="4"/>
  </w:num>
  <w:num w:numId="5" w16cid:durableId="1895000272">
    <w:abstractNumId w:val="7"/>
  </w:num>
  <w:num w:numId="6" w16cid:durableId="1748456133">
    <w:abstractNumId w:val="3"/>
  </w:num>
  <w:num w:numId="7" w16cid:durableId="455150127">
    <w:abstractNumId w:val="2"/>
  </w:num>
  <w:num w:numId="8" w16cid:durableId="855462882">
    <w:abstractNumId w:val="1"/>
  </w:num>
  <w:num w:numId="9" w16cid:durableId="1384599312">
    <w:abstractNumId w:val="0"/>
  </w:num>
  <w:num w:numId="10" w16cid:durableId="887411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50F7"/>
    <w:rsid w:val="000965F1"/>
    <w:rsid w:val="000F242A"/>
    <w:rsid w:val="00143D9A"/>
    <w:rsid w:val="0015074B"/>
    <w:rsid w:val="001C11BC"/>
    <w:rsid w:val="00234A22"/>
    <w:rsid w:val="0029639D"/>
    <w:rsid w:val="002C2DE8"/>
    <w:rsid w:val="00326F90"/>
    <w:rsid w:val="003345FF"/>
    <w:rsid w:val="003523A8"/>
    <w:rsid w:val="003C3652"/>
    <w:rsid w:val="003D3B92"/>
    <w:rsid w:val="003E333B"/>
    <w:rsid w:val="0041465F"/>
    <w:rsid w:val="00443C74"/>
    <w:rsid w:val="00490EEF"/>
    <w:rsid w:val="004C2CE3"/>
    <w:rsid w:val="0061234C"/>
    <w:rsid w:val="006C36B5"/>
    <w:rsid w:val="00701671"/>
    <w:rsid w:val="00742E8D"/>
    <w:rsid w:val="00755917"/>
    <w:rsid w:val="00756E83"/>
    <w:rsid w:val="00766CBC"/>
    <w:rsid w:val="007B7470"/>
    <w:rsid w:val="007E5EA2"/>
    <w:rsid w:val="008C0FCF"/>
    <w:rsid w:val="008D4035"/>
    <w:rsid w:val="00935326"/>
    <w:rsid w:val="009B4120"/>
    <w:rsid w:val="00A52587"/>
    <w:rsid w:val="00A9321F"/>
    <w:rsid w:val="00AA1D8D"/>
    <w:rsid w:val="00B04DBC"/>
    <w:rsid w:val="00B47730"/>
    <w:rsid w:val="00B91A4C"/>
    <w:rsid w:val="00BA25C2"/>
    <w:rsid w:val="00BC10BE"/>
    <w:rsid w:val="00BE7FF1"/>
    <w:rsid w:val="00C1747C"/>
    <w:rsid w:val="00CB0664"/>
    <w:rsid w:val="00DA56D1"/>
    <w:rsid w:val="00E3628F"/>
    <w:rsid w:val="00E4447E"/>
    <w:rsid w:val="00E52300"/>
    <w:rsid w:val="00E60922"/>
    <w:rsid w:val="00E63A60"/>
    <w:rsid w:val="00EA3640"/>
    <w:rsid w:val="00EF41FD"/>
    <w:rsid w:val="00F27321"/>
    <w:rsid w:val="00FB4996"/>
    <w:rsid w:val="00FC693F"/>
    <w:rsid w:val="08FED051"/>
    <w:rsid w:val="1A230BCC"/>
    <w:rsid w:val="5D58CCAC"/>
    <w:rsid w:val="6B5AD748"/>
    <w:rsid w:val="78618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2285D9"/>
  <w14:defaultImageDpi w14:val="300"/>
  <w15:docId w15:val="{A796746B-C179-40FB-A487-6C7E9A4B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8D40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035"/>
    <w:rPr>
      <w:color w:val="605E5C"/>
      <w:shd w:val="clear" w:color="auto" w:fill="E1DFDD"/>
    </w:rPr>
  </w:style>
  <w:style w:type="paragraph" w:customStyle="1" w:styleId="Style1">
    <w:name w:val="Style1"/>
    <w:basedOn w:val="Normal"/>
    <w:next w:val="Normal"/>
    <w:link w:val="Style1Char"/>
    <w:qFormat/>
    <w:rsid w:val="008D4035"/>
    <w:pPr>
      <w:spacing w:after="160" w:line="259" w:lineRule="auto"/>
      <w:jc w:val="right"/>
    </w:pPr>
    <w:rPr>
      <w:rFonts w:ascii="Arial" w:eastAsiaTheme="minorHAnsi" w:hAnsi="Arial" w:cs="Arial"/>
      <w:kern w:val="2"/>
      <w:sz w:val="24"/>
      <w:lang w:val="en-GB"/>
      <w14:ligatures w14:val="standardContextual"/>
    </w:rPr>
  </w:style>
  <w:style w:type="character" w:customStyle="1" w:styleId="Style1Char">
    <w:name w:val="Style1 Char"/>
    <w:basedOn w:val="DefaultParagraphFont"/>
    <w:link w:val="Style1"/>
    <w:rsid w:val="008D4035"/>
    <w:rPr>
      <w:rFonts w:ascii="Arial" w:eastAsiaTheme="minorHAnsi" w:hAnsi="Arial" w:cs="Arial"/>
      <w:kern w:val="2"/>
      <w:sz w:val="24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3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curement Document" ma:contentTypeID="0x010100C5352F22ADEB32429090101773977B1600AF8074488C24434ABFB059C70825111C" ma:contentTypeVersion="20" ma:contentTypeDescription="" ma:contentTypeScope="" ma:versionID="95d2ba1cabb224c26ee3ca8928789e98">
  <xsd:schema xmlns:xsd="http://www.w3.org/2001/XMLSchema" xmlns:xs="http://www.w3.org/2001/XMLSchema" xmlns:p="http://schemas.microsoft.com/office/2006/metadata/properties" xmlns:ns2="8e99fbfd-d925-4181-a613-5f8ebed5594c" xmlns:ns3="7cc2b643-ba8a-4d4b-8d1c-61f54567cac9" xmlns:ns4="79d2fea9-088c-4a90-ae30-1c0b20949452" targetNamespace="http://schemas.microsoft.com/office/2006/metadata/properties" ma:root="true" ma:fieldsID="b40b9174f9974372c94f5a3e13809769" ns2:_="" ns3:_="" ns4:_="">
    <xsd:import namespace="8e99fbfd-d925-4181-a613-5f8ebed5594c"/>
    <xsd:import namespace="7cc2b643-ba8a-4d4b-8d1c-61f54567cac9"/>
    <xsd:import namespace="79d2fea9-088c-4a90-ae30-1c0b209494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CategoryProcurement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2:TaxCatchAll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9fbfd-d925-4181-a613-5f8ebed5594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6" nillable="true" ma:displayName="Taxonomy Catch All Column" ma:hidden="true" ma:list="{e675843b-31e4-478b-a39c-323fdde762c0}" ma:internalName="TaxCatchAll" ma:showField="CatchAllData" ma:web="8e99fbfd-d925-4181-a613-5f8ebed5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2b643-ba8a-4d4b-8d1c-61f54567cac9" elementFormDefault="qualified">
    <xsd:import namespace="http://schemas.microsoft.com/office/2006/documentManagement/types"/>
    <xsd:import namespace="http://schemas.microsoft.com/office/infopath/2007/PartnerControls"/>
    <xsd:element name="DocCategoryProcurement" ma:index="11" nillable="true" ma:displayName="Document Category - Procurement" ma:format="Dropdown" ma:internalName="DocCategoryProcurement" ma:readOnly="false">
      <xsd:simpleType>
        <xsd:restriction base="dms:Choice">
          <xsd:enumeration value="Action Register"/>
          <xsd:enumeration value="Agreement"/>
          <xsd:enumeration value="Board Report"/>
          <xsd:enumeration value="Business Case"/>
          <xsd:enumeration value="Certificate of Performance"/>
          <xsd:enumeration value="Clarification Meeting Agenda"/>
          <xsd:enumeration value="Clarification Meeting Checklist"/>
          <xsd:enumeration value="Clarification Meeting Invitation"/>
          <xsd:enumeration value="Clarifications"/>
          <xsd:enumeration value="Contract Advert"/>
          <xsd:enumeration value="Contract Award Notice"/>
          <xsd:enumeration value="Correspondence"/>
          <xsd:enumeration value="Customer Training"/>
          <xsd:enumeration value="Data Sharing Agreement"/>
          <xsd:enumeration value="Evaluation Form"/>
          <xsd:enumeration value="Evaluation Summary"/>
          <xsd:enumeration value="Exec Report"/>
          <xsd:enumeration value="Framwork Options Report"/>
          <xsd:enumeration value="Guidance"/>
          <xsd:enumeration value="Invitation to Quote"/>
          <xsd:enumeration value="ITT"/>
          <xsd:enumeration value="KMT Report"/>
          <xsd:enumeration value="Leasehold Consultation"/>
          <xsd:enumeration value="Leasehold Notice"/>
          <xsd:enumeration value="Meeting Minutes"/>
          <xsd:enumeration value="Novation Agreement"/>
          <xsd:enumeration value="Post-tender Checklist"/>
          <xsd:enumeration value="Pre-tender Checklist"/>
          <xsd:enumeration value="Pricing Schedule"/>
          <xsd:enumeration value="Procurement Appeal Process"/>
          <xsd:enumeration value="Procurement Form"/>
          <xsd:enumeration value="Procurement Guide"/>
          <xsd:enumeration value="Procurement Strategy"/>
          <xsd:enumeration value="Project Register"/>
          <xsd:enumeration value="Quality Response Form"/>
          <xsd:enumeration value="Risk Register"/>
          <xsd:enumeration value="Seminar / Training Materials"/>
          <xsd:enumeration value="Service Charge Review"/>
          <xsd:enumeration value="SLA"/>
          <xsd:enumeration value="Specification Feedback"/>
          <xsd:enumeration value="Spend Report"/>
          <xsd:enumeration value="Supporting Documents"/>
          <xsd:enumeration value="Tender Appendix"/>
          <xsd:enumeration value="Tender Award Checklist"/>
          <xsd:enumeration value="Tender Notification"/>
          <xsd:enumeration value="Tender Programme"/>
          <xsd:enumeration value="Tender Report (Reg 84)"/>
          <xsd:enumeration value="Tender Schedule"/>
          <xsd:enumeration value="Terms and Conditions"/>
          <xsd:enumeration value="TUPE Info"/>
          <xsd:enumeration value="Value for Money Report"/>
          <xsd:enumeration value="Variation Agreement"/>
          <xsd:enumeration value="TB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2fea9-088c-4a90-ae30-1c0b209494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50a70e-d959-46c7-b7bc-0d0913b153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e99fbfd-d925-4181-a613-5f8ebed5594c">SPOSC5-803796480-143945</_dlc_DocId>
    <_dlc_DocIdUrl xmlns="8e99fbfd-d925-4181-a613-5f8ebed5594c">
      <Url>https://housingict.sharepoint.com/sites/SC5/S6/_layouts/15/DocIdRedir.aspx?ID=SPOSC5-803796480-143945</Url>
      <Description>SPOSC5-803796480-143945</Description>
    </_dlc_DocIdUrl>
    <TaxCatchAll xmlns="8e99fbfd-d925-4181-a613-5f8ebed5594c" xsi:nil="true"/>
    <lcf76f155ced4ddcb4097134ff3c332f xmlns="79d2fea9-088c-4a90-ae30-1c0b20949452">
      <Terms xmlns="http://schemas.microsoft.com/office/infopath/2007/PartnerControls"/>
    </lcf76f155ced4ddcb4097134ff3c332f>
    <_dlc_DocIdPersistId xmlns="8e99fbfd-d925-4181-a613-5f8ebed5594c" xsi:nil="true"/>
    <DocCategoryProcurement xmlns="7cc2b643-ba8a-4d4b-8d1c-61f54567cac9" xsi:nil="true"/>
  </documentManagement>
</p:properties>
</file>

<file path=customXml/itemProps1.xml><?xml version="1.0" encoding="utf-8"?>
<ds:datastoreItem xmlns:ds="http://schemas.openxmlformats.org/officeDocument/2006/customXml" ds:itemID="{FEE38D81-F470-4516-B706-34A6ECF2BFD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8A2595-7109-420B-B318-9D88B444CC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4FCDD0-221F-4558-833E-6C5B6E74D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9fbfd-d925-4181-a613-5f8ebed5594c"/>
    <ds:schemaRef ds:uri="7cc2b643-ba8a-4d4b-8d1c-61f54567cac9"/>
    <ds:schemaRef ds:uri="79d2fea9-088c-4a90-ae30-1c0b209494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A65A0B-6F41-4C82-8C31-8D4466FBDCCB}">
  <ds:schemaRefs>
    <ds:schemaRef ds:uri="http://schemas.microsoft.com/office/2006/metadata/properties"/>
    <ds:schemaRef ds:uri="http://schemas.microsoft.com/office/infopath/2007/PartnerControls"/>
    <ds:schemaRef ds:uri="8e99fbfd-d925-4181-a613-5f8ebed5594c"/>
    <ds:schemaRef ds:uri="79d2fea9-088c-4a90-ae30-1c0b20949452"/>
    <ds:schemaRef ds:uri="7cc2b643-ba8a-4d4b-8d1c-61f54567cac9"/>
  </ds:schemaRefs>
</ds:datastoreItem>
</file>

<file path=docMetadata/LabelInfo.xml><?xml version="1.0" encoding="utf-8"?>
<clbl:labelList xmlns:clbl="http://schemas.microsoft.com/office/2020/mipLabelMetadata">
  <clbl:label id="{3296b5a9-cdc7-4992-852c-f1b23a27f553}" enabled="0" method="" siteId="{3296b5a9-cdc7-4992-852c-f1b23a27f5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752</Characters>
  <Application>Microsoft Office Word</Application>
  <DocSecurity>0</DocSecurity>
  <Lines>31</Lines>
  <Paragraphs>15</Paragraphs>
  <ScaleCrop>false</ScaleCrop>
  <Manager/>
  <Company/>
  <LinksUpToDate>false</LinksUpToDate>
  <CharactersWithSpaces>851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Pippa Ford</cp:lastModifiedBy>
  <cp:revision>6</cp:revision>
  <dcterms:created xsi:type="dcterms:W3CDTF">2025-11-21T14:17:00Z</dcterms:created>
  <dcterms:modified xsi:type="dcterms:W3CDTF">2025-11-21T15:41:00Z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0x010100C5352F22ADEB32429090101773977B1600AF8074488C24434ABFB059C70825111C</vt:lpwstr>
  </property>
  <property fmtid="{D5CDD505-2E9C-101B-9397-08002B2CF9AE}" pid="4" name="_dlc_DocIdItemGuid">
    <vt:lpwstr>11c6e00f-43e7-4cd2-9a45-6b1065020848</vt:lpwstr>
  </property>
</Properties>
</file>